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07479" w14:textId="77777777" w:rsidR="003A2376" w:rsidRDefault="00000000">
      <w:pPr>
        <w:jc w:val="center"/>
      </w:pPr>
      <w:r>
        <w:rPr>
          <w:b/>
          <w:sz w:val="28"/>
        </w:rPr>
        <w:t>Designation of the Person Responsible for PGES Compliance</w:t>
      </w:r>
    </w:p>
    <w:p w14:paraId="7EA10B7D" w14:textId="5871FE75" w:rsidR="003A2376" w:rsidRDefault="00000000">
      <w:pPr>
        <w:jc w:val="center"/>
      </w:pPr>
      <w:r>
        <w:t xml:space="preserve">(Response to Requirement 4.1.4 of the PGES </w:t>
      </w:r>
      <w:r w:rsidR="0049146A">
        <w:t>requirements</w:t>
      </w:r>
      <w:r>
        <w:t>)</w:t>
      </w:r>
    </w:p>
    <w:p w14:paraId="0342A9D5" w14:textId="77777777" w:rsidR="003A2376" w:rsidRDefault="00000000">
      <w:r>
        <w:rPr>
          <w:b/>
        </w:rPr>
        <w:t>1. Company Identification</w:t>
      </w:r>
    </w:p>
    <w:p w14:paraId="2F7A07C1" w14:textId="77777777" w:rsidR="003A2376" w:rsidRDefault="00000000">
      <w:r>
        <w:t xml:space="preserve">Company name: </w:t>
      </w:r>
    </w:p>
    <w:p w14:paraId="77883381" w14:textId="77777777" w:rsidR="003A2376" w:rsidRDefault="00000000">
      <w:r>
        <w:t xml:space="preserve">NEQ: </w:t>
      </w:r>
    </w:p>
    <w:p w14:paraId="3F2CDC24" w14:textId="77777777" w:rsidR="003A2376" w:rsidRDefault="00000000">
      <w:r>
        <w:t xml:space="preserve">Address: </w:t>
      </w:r>
    </w:p>
    <w:p w14:paraId="370629B8" w14:textId="77777777" w:rsidR="003A2376" w:rsidRDefault="00000000">
      <w:r>
        <w:t xml:space="preserve">Telephone: </w:t>
      </w:r>
    </w:p>
    <w:p w14:paraId="027B4D1E" w14:textId="77777777" w:rsidR="003A2376" w:rsidRDefault="00000000">
      <w:r>
        <w:t xml:space="preserve">Email: </w:t>
      </w:r>
    </w:p>
    <w:p w14:paraId="4F4A2022" w14:textId="77777777" w:rsidR="003A2376" w:rsidRDefault="00000000">
      <w:r>
        <w:rPr>
          <w:b/>
        </w:rPr>
        <w:t>2. Person Responsible for Compliance with PGES Requirements</w:t>
      </w:r>
    </w:p>
    <w:p w14:paraId="69BFA6F2" w14:textId="579F659E" w:rsidR="003A2376" w:rsidRDefault="00000000">
      <w:r>
        <w:t xml:space="preserve">The company designates the following </w:t>
      </w:r>
      <w:proofErr w:type="gramStart"/>
      <w:r>
        <w:t>person as</w:t>
      </w:r>
      <w:proofErr w:type="gramEnd"/>
      <w:r>
        <w:t xml:space="preserve"> responsible for compliance with the requirements of the PGES </w:t>
      </w:r>
      <w:r w:rsidR="0049146A">
        <w:t>requirements</w:t>
      </w:r>
      <w:r>
        <w:t>.</w:t>
      </w:r>
    </w:p>
    <w:p w14:paraId="787486A6" w14:textId="77777777" w:rsidR="003A2376" w:rsidRDefault="00000000">
      <w:r>
        <w:t xml:space="preserve">Name: </w:t>
      </w:r>
    </w:p>
    <w:p w14:paraId="295E8E5C" w14:textId="77777777" w:rsidR="003A2376" w:rsidRDefault="00000000">
      <w:r>
        <w:t xml:space="preserve">Title or position: </w:t>
      </w:r>
    </w:p>
    <w:p w14:paraId="2B88233C" w14:textId="77777777" w:rsidR="003A2376" w:rsidRDefault="00000000">
      <w:r>
        <w:t xml:space="preserve">Telephone: </w:t>
      </w:r>
    </w:p>
    <w:p w14:paraId="20BC7709" w14:textId="77777777" w:rsidR="003A2376" w:rsidRDefault="00000000">
      <w:r>
        <w:t xml:space="preserve">Email: </w:t>
      </w:r>
    </w:p>
    <w:p w14:paraId="792F5D9F" w14:textId="77777777" w:rsidR="003A2376" w:rsidRDefault="00000000">
      <w:r>
        <w:rPr>
          <w:b/>
        </w:rPr>
        <w:t>3. Responsibilities of the Designated Person</w:t>
      </w:r>
    </w:p>
    <w:p w14:paraId="2927964C" w14:textId="77777777" w:rsidR="003A2376" w:rsidRDefault="00000000">
      <w:r>
        <w:t>The person responsible has the authority and responsibility to:</w:t>
      </w:r>
    </w:p>
    <w:p w14:paraId="6EBDAD0F" w14:textId="4B2CAD66" w:rsidR="003A2376" w:rsidRDefault="00000000">
      <w:r>
        <w:t xml:space="preserve">• ensure compliance with the requirements of the PGES </w:t>
      </w:r>
      <w:r w:rsidR="0049146A">
        <w:t>requirements</w:t>
      </w:r>
      <w:r>
        <w:t>;</w:t>
      </w:r>
    </w:p>
    <w:p w14:paraId="7DA51547" w14:textId="77777777" w:rsidR="003A2376" w:rsidRDefault="00000000">
      <w:r>
        <w:t>• coordinate the preparation and availability of the documents required during verifications;</w:t>
      </w:r>
    </w:p>
    <w:p w14:paraId="412E364F" w14:textId="77777777" w:rsidR="003A2376" w:rsidRDefault="00000000">
      <w:r>
        <w:t>• act as the main contact person with the registrar (Forevia);</w:t>
      </w:r>
    </w:p>
    <w:p w14:paraId="24E655BC" w14:textId="77777777" w:rsidR="003A2376" w:rsidRDefault="00000000">
      <w:r>
        <w:rPr>
          <w:b/>
        </w:rPr>
        <w:t>4. Effective Date</w:t>
      </w:r>
    </w:p>
    <w:p w14:paraId="3373C964" w14:textId="77777777" w:rsidR="003A2376" w:rsidRDefault="00000000">
      <w:r>
        <w:t>This designation is valid as of:</w:t>
      </w:r>
    </w:p>
    <w:p w14:paraId="7C01CEBA" w14:textId="77777777" w:rsidR="003A2376" w:rsidRDefault="00000000">
      <w:r>
        <w:t>Date: ____ / ____ / ______</w:t>
      </w:r>
    </w:p>
    <w:p w14:paraId="6C64A7C2" w14:textId="77777777" w:rsidR="003A2376" w:rsidRDefault="00000000">
      <w:r>
        <w:rPr>
          <w:b/>
        </w:rPr>
        <w:t>5. Signature</w:t>
      </w:r>
    </w:p>
    <w:p w14:paraId="6C84B6C8" w14:textId="77777777" w:rsidR="003A2376" w:rsidRDefault="00000000">
      <w:r>
        <w:t>Name of the company executive: __________________________</w:t>
      </w:r>
    </w:p>
    <w:p w14:paraId="3A6519DB" w14:textId="77777777" w:rsidR="003A2376" w:rsidRDefault="00000000">
      <w:r>
        <w:t>Signature: __________________________</w:t>
      </w:r>
    </w:p>
    <w:p w14:paraId="539DC27F" w14:textId="77777777" w:rsidR="003A2376" w:rsidRDefault="00000000">
      <w:r>
        <w:lastRenderedPageBreak/>
        <w:t>Date: ____ / ____ / ______</w:t>
      </w:r>
    </w:p>
    <w:p w14:paraId="663B571A" w14:textId="77777777" w:rsidR="003A2376" w:rsidRDefault="003A2376"/>
    <w:p w14:paraId="0D897FE7" w14:textId="77777777" w:rsidR="003A2376" w:rsidRDefault="00000000">
      <w:r>
        <w:rPr>
          <w:b/>
        </w:rPr>
        <w:t>Practical advice for applicants:</w:t>
      </w:r>
    </w:p>
    <w:p w14:paraId="6EFC7344" w14:textId="77777777" w:rsidR="003A2376" w:rsidRDefault="00000000">
      <w:pPr>
        <w:pStyle w:val="ListBullet"/>
      </w:pPr>
      <w:r>
        <w:t>• keep this signed and dated document in the qualification file;</w:t>
      </w:r>
    </w:p>
    <w:p w14:paraId="65DEFA4D" w14:textId="77777777" w:rsidR="003A2376" w:rsidRDefault="00000000">
      <w:pPr>
        <w:pStyle w:val="ListBullet"/>
      </w:pPr>
      <w:r>
        <w:t>• it may be requested during the PGES verification.</w:t>
      </w:r>
    </w:p>
    <w:sectPr w:rsidR="003A237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28208">
    <w:abstractNumId w:val="8"/>
  </w:num>
  <w:num w:numId="2" w16cid:durableId="425807377">
    <w:abstractNumId w:val="6"/>
  </w:num>
  <w:num w:numId="3" w16cid:durableId="1560550053">
    <w:abstractNumId w:val="5"/>
  </w:num>
  <w:num w:numId="4" w16cid:durableId="1680038602">
    <w:abstractNumId w:val="4"/>
  </w:num>
  <w:num w:numId="5" w16cid:durableId="962737492">
    <w:abstractNumId w:val="7"/>
  </w:num>
  <w:num w:numId="6" w16cid:durableId="2012029140">
    <w:abstractNumId w:val="3"/>
  </w:num>
  <w:num w:numId="7" w16cid:durableId="1449931612">
    <w:abstractNumId w:val="2"/>
  </w:num>
  <w:num w:numId="8" w16cid:durableId="1880971480">
    <w:abstractNumId w:val="1"/>
  </w:num>
  <w:num w:numId="9" w16cid:durableId="1453553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A2376"/>
    <w:rsid w:val="0049146A"/>
    <w:rsid w:val="006E54B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82471E"/>
  <w14:defaultImageDpi w14:val="300"/>
  <w15:docId w15:val="{FB3E19AD-4C20-4433-ADBF-B289091B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Alexandre Boursier</cp:lastModifiedBy>
  <cp:revision>2</cp:revision>
  <dcterms:created xsi:type="dcterms:W3CDTF">2026-05-14T14:31:00Z</dcterms:created>
  <dcterms:modified xsi:type="dcterms:W3CDTF">2026-05-14T14:31:00Z</dcterms:modified>
  <cp:category/>
</cp:coreProperties>
</file>